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PSM01A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23,6 × 10,5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Grindbox 10 + Grindbox 2  (dimensiuni: 1062x350x21/50)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Rail drept  (dimensiuni: 400x5x40)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