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PSM01A</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PSM01A</w:t>
            </w:r>
          </w:p>
        </w:tc>
      </w:tr>
      <w:tr>
        <w:tc>
          <w:tcPr>
            <w:tcW w:type="dxa" w:w="5100"/>
          </w:tcPr>
          <w:p>
            <w:r>
              <w:rPr>
                <w:rFonts w:ascii="Segoe UI" w:hAnsi="Segoe UI"/>
                <w:b/>
                <w:sz w:val="19"/>
              </w:rPr>
              <w:t>Suprafață recomandată</w:t>
            </w:r>
          </w:p>
        </w:tc>
        <w:tc>
          <w:tcPr>
            <w:tcW w:type="dxa" w:w="5100"/>
          </w:tcPr>
          <w:p>
            <w:r>
              <w:rPr>
                <w:rFonts w:ascii="Segoe UI" w:hAnsi="Segoe UI"/>
                <w:sz w:val="19"/>
              </w:rPr>
              <w:t>23,6 × 10,5 m</w:t>
            </w:r>
          </w:p>
        </w:tc>
      </w:tr>
      <w:tr>
        <w:tc>
          <w:tcPr>
            <w:tcW w:type="dxa" w:w="5100"/>
          </w:tcPr>
          <w:p>
            <w:r>
              <w:rPr>
                <w:rFonts w:ascii="Segoe UI" w:hAnsi="Segoe UI"/>
                <w:b/>
                <w:sz w:val="19"/>
              </w:rPr>
              <w:t>Echipamente</w:t>
            </w:r>
          </w:p>
        </w:tc>
        <w:tc>
          <w:tcPr>
            <w:tcW w:type="dxa" w:w="5100"/>
          </w:tcPr>
          <w:p>
            <w:r>
              <w:rPr>
                <w:rFonts w:ascii="Segoe UI" w:hAnsi="Segoe UI"/>
                <w:sz w:val="19"/>
              </w:rPr>
              <w:t>2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Grindbox 10 + Grindbox 2</w:t>
      </w:r>
    </w:p>
    <w:p>
      <w:pPr>
        <w:jc w:val="center"/>
      </w:pPr>
      <w:r>
        <w:drawing>
          <wp:inline xmlns:a="http://schemas.openxmlformats.org/drawingml/2006/main" xmlns:pic="http://schemas.openxmlformats.org/drawingml/2006/picture">
            <wp:extent cx="4206240" cy="197140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197140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1062x350x21/50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Rail drept</w:t>
      </w:r>
    </w:p>
    <w:p>
      <w:pPr>
        <w:jc w:val="center"/>
      </w:pPr>
      <w:r>
        <w:drawing>
          <wp:inline xmlns:a="http://schemas.openxmlformats.org/drawingml/2006/main" xmlns:pic="http://schemas.openxmlformats.org/drawingml/2006/picture">
            <wp:extent cx="4206240" cy="2091420"/>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09142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4" name="Picture 4"/>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9" name="Picture 9"/>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0" name="Picture 10"/>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1" name="Picture 11"/>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4" name="Picture 14"/>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pn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